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Mali by sa lekári zapojiť do rozprašovačov Misinfo? Doktor Mike a Paul Offit vážia</w:t>
      </w:r>
    </w:p>
    <w:p>
      <w:r>
        <w:t>Zdroj: MedPage Today</w:t>
      </w:r>
    </w:p>
    <w:p>
      <w:r>
        <w:t>Publikované: Wed, 25 Feb 2026 15:39:59 -0500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"Should Doctors Engage With Misinfo Spreaders? Dr. Mike and Paul Offit Weigh In" z MedPage Today. Dostupné výsledky obsahujú informácie o dezinformáciách v zdravotníctve na Slovensku a v USA, ale nie konkrétny článok, ktorý ste požiadali zsumarizovať. Aby som mohol vytvoriť presný a faktický súhrn podľa vašich požiadaviek, potreboval by som prístup k plnému textu tohto konkrétneho článku.</w:t>
      </w:r>
    </w:p>
    <w:p/>
    <w:p>
      <w:pPr>
        <w:jc w:val="center"/>
      </w:pPr>
      <w:r>
        <w:t>Vygenerované: 25.02.2026 23:02:40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