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Lekár „Láska je slepá“; Blizzard vs Pediater; Amerika je Next Top RN</w:t>
      </w:r>
    </w:p>
    <w:p>
      <w:r>
        <w:t>Zdroj: MedPage Today</w:t>
      </w:r>
    </w:p>
    <w:p>
      <w:r>
        <w:t>Publikované: Thu, 26 Feb 2026 16:35:41 -0500</w:t>
      </w:r>
    </w:p>
    <w:p/>
    <w:p>
      <w:pPr>
        <w:pStyle w:val="Heading1"/>
      </w:pPr>
      <w:r>
        <w:t>Súhrn</w:t>
      </w:r>
    </w:p>
    <w:p>
      <w:r>
        <w:t>Chris Fusco, 33-ročný account executive z Columbusu v Ohiu a nadšenec do fitnessu, sa zoznámil s lekárkou Jessicou Barrett, DO, v podoch reality šou Netflix Love Is Blind 10. série. Pár sa zasnúbili bez toho, aby sa navzájom videli. Po stretnutí mimo šou Fusco uviedol, že mu chýba fyzická príťažlivosť, pretože Barrett necvičí, a spomenul, že zvyčajne chodí s ženami, ktoré robia Pilates alebo CrossFit. Fusco sa venuje vytrvalostným výzvam ako maratóny a Ironman preteky, pričom dosiahol čas 4:30 na maratóne. Jeho komentáre vyvolali online kritiku za body shaming zo strany fanúšikov šou a bežcov. Kritici poukázali na jeho výsledky v behu a označili ho za arogantného. Fusco pre Entertainment Weekly povedal, že svoje účasť v šou neľutuje, hoci priznal chyby, a nie je znepokojený spätnou väzbou. Pár sa neskôr rozišiel.</w:t>
      </w:r>
    </w:p>
    <w:p/>
    <w:p>
      <w:pPr>
        <w:jc w:val="center"/>
      </w:pPr>
      <w:r>
        <w:t>Vygenerované: 27.02.2026 00:00:47</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