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Vakcína proti meningitíde B v skúške nechráni pred kvapavkou</w:t>
      </w:r>
    </w:p>
    <w:p>
      <w:r>
        <w:t>Zdroj: MedPage Today</w:t>
      </w:r>
    </w:p>
    <w:p>
      <w:r>
        <w:t>Publikované: Thu, 26 Feb 2026 17:16:39 -0500</w:t>
      </w:r>
    </w:p>
    <w:p/>
    <w:p>
      <w:pPr>
        <w:pStyle w:val="Heading1"/>
      </w:pPr>
      <w:r>
        <w:t>Súhrn</w:t>
      </w:r>
    </w:p>
    <w:p>
      <w:r>
        <w:t>Štvorzložková vakcína proti meningokokom séroskupiny B (4CMenB; Bexsero) neznížila výskyt kvapavky u vysokorizikových mužov, ktorí majú sex s mužmi. Randomizovaná štúdia preukázala, že vakcína neposkytla ochranu pred touto infekciou. Pomer miery výskytu (IRR) nebol v prospech očkovanej skupiny. Štúdia sa uskutočnila v Denveri a výsledky boli prezentované na konferencii MedPage Today. Predchádzajúce observačné štúdie naznačovali možnú ochranu, no táto kontrolovaná skúška to nepotvrdila. Vakcína je schválená výlučne proti meningitíde B.</w:t>
      </w:r>
    </w:p>
    <w:p/>
    <w:p>
      <w:pPr>
        <w:jc w:val="center"/>
      </w:pPr>
      <w:r>
        <w:t>Vygenerované: 27.02.2026 01:05:09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