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Vplyv pridania hormonálnej terapie k pooperačnej rádioterapii pri rakovine prostaty</w:t>
      </w:r>
    </w:p>
    <w:p>
      <w:r>
        <w:t>Zdroj: The Lancet</w:t>
      </w:r>
    </w:p>
    <w:p>
      <w:r>
        <w:t>Publikované: 2026-02-26T15:30:04Z</w:t>
      </w:r>
    </w:p>
    <w:p/>
    <w:p>
      <w:pPr>
        <w:pStyle w:val="Heading1"/>
      </w:pPr>
      <w:r>
        <w:t>Súhrn</w:t>
      </w:r>
    </w:p>
    <w:p>
      <w:r>
        <w:t>Pridanie hormonálnej terapie k rádioterapii zlepšuje celkové prežitie u mužov s vysoko rizikovým karcinómom prostaty v porovnaní so samotnou rádioterapiou. Tento účinok vysvetľujú mechanizmy ako cytoredukcia, regulácia androgénneho receptoru v kľúčových dráhach reakcie na poškodenie DNA a potlačenie mikrometastáz. Randomizované štúdie, ktoré hodnotili prínos pridania hormonálnej terapie k pooperačnej rádioterapii (PORT), však priniesli konfliktné výsledky. Tento komentár sa zameriava na vplyv kombinovanej liečby po operácii prostaty. Hormonálna terapia tak dopĺňa rádioterapiu u pacientov s vysokým rizikom. Štúdie ukazujú rozdielne výsledky v závislosti od typu a štádia ochorenia.</w:t>
      </w:r>
    </w:p>
    <w:p/>
    <w:p>
      <w:pPr>
        <w:jc w:val="center"/>
      </w:pPr>
      <w:r>
        <w:t>Vygenerované: 13.03.2026 02:00:40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