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Trumpova administratíva pozastavila určité financovanie Medicaid pre Minnesotu s odvolaním sa na obavy z podvodu</w:t>
      </w:r>
    </w:p>
    <w:p>
      <w:r>
        <w:t>Zdroj: STAT News</w:t>
      </w:r>
    </w:p>
    <w:p>
      <w:r>
        <w:t>Publikované: Thu, 26 Feb 2026 00:44:11 +0000</w:t>
      </w:r>
    </w:p>
    <w:p/>
    <w:p>
      <w:pPr>
        <w:pStyle w:val="Heading1"/>
      </w:pPr>
      <w:r>
        <w:t>Súhrn</w:t>
      </w:r>
    </w:p>
    <w:p>
      <w:r>
        <w:t>Trumpova administratíva pozastavila financovanie Medicaid pre Minnesotu s odvolaním sa na obavy z podvodu, odpadu a zneužívania[1]. Správca Centier pre Medicare a Medicaid Services (CMS) Dr. Mehmet Oz oznámil, že CMS bude auditovať kvartálne správy o výdajoch Medicaid v štáte a pozastaví platby pre 14 vysokoriziková programy[1]. Týchto 14 programov predstavuje približne 3,75 miliardy dolárov ročného federálneho a štátneho financovania[1]. Pozastavenie sa týka viac ako 2 miliárd dolárov ročného financovania Medicaid[2]. Minnesotský Úrad pre ľudské služby už predtým predložil komplexný akčný plán na nápravy, ktorý však CMS považoval za „hlboko nedostatočný"[1]. Štát Minnesotu sa proti rozhodnutiu CMS odvolal a federálna agentúra musí teraz určiť dátum vypočutia[2]. Podľa štátu by strata viac ako 2 miliárd dolárov ročného financovania mala katastrofálne následky pre 1,2 milióna členov Medicaid v Minnesote, z ktorých takmer polovica sú deti[2].</w:t>
      </w:r>
    </w:p>
    <w:p/>
    <w:p>
      <w:pPr>
        <w:jc w:val="center"/>
      </w:pPr>
      <w:r>
        <w:t>Vygenerované: 26.02.2026 02:01:02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