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Použitie a trvanie hormonálnej terapie s pooperačnou rádioterapiou pre rekurentný karcinóm prostaty: metaanalýza údajov o jednotlivých pacientoch</w:t>
      </w:r>
    </w:p>
    <w:p>
      <w:r>
        <w:t>Zdroj: The Lancet</w:t>
      </w:r>
    </w:p>
    <w:p>
      <w:r>
        <w:t>Publikované: 2026-02-26T15:30:01Z</w:t>
      </w:r>
    </w:p>
    <w:p/>
    <w:p>
      <w:pPr>
        <w:pStyle w:val="Heading1"/>
      </w:pPr>
      <w:r>
        <w:t>Súhrn</w:t>
      </w:r>
    </w:p>
    <w:p>
      <w:r>
        <w:t>Metaanalýza údajov o jednotlivých pacientoch skúmala použitie a trvanie hormonálnej terapie v kombinácii s pooperačnou rádioterapiou (PORT) pri rekurentnom karcinóme prostaty. Zistenia ukazujú, že pridanie hormonálnej terapie, či krátkodobej alebo dlhodobej, k PORT u pacientov s PSA 0,5 ng/ml alebo menej, nemá významný prínos pre celkové prežitie. Nebol zistený zjavný rozdiel v účinnosti medzi krátkodobou a dlhodobou hormonálnou terapiou. Tieto výsledky poskytujú najsilnejšiu úroveň dôkazov k tejto otázke. Existuje nesplnená potreba identifikovať biomarkery na predpovedanie potenciálneho prínosu hormonálnej terapie.</w:t>
      </w:r>
    </w:p>
    <w:p/>
    <w:p>
      <w:pPr>
        <w:jc w:val="center"/>
      </w:pPr>
      <w:r>
        <w:t>Vygenerované: 13.03.2026 02:05:40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