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PFAS nájdený u väčšiny Američanov spojený s rýchlym biologickým starnutím</w:t>
      </w:r>
    </w:p>
    <w:p>
      <w:r>
        <w:t>Zdroj: ScienceDaily Health</w:t>
      </w:r>
    </w:p>
    <w:p>
      <w:r>
        <w:t>Publikované: Thu, 26 Feb 2026 04:24:49 EST</w:t>
      </w:r>
    </w:p>
    <w:p/>
    <w:p>
      <w:pPr>
        <w:pStyle w:val="Heading1"/>
      </w:pPr>
      <w:r>
        <w:t>Súhrn</w:t>
      </w:r>
    </w:p>
    <w:p>
      <w:r>
        <w:t>PFAS sú chemické látky nazývané „večné chemikálie", ktoré sa nachádzajú v mnohých bežných produktoch, od nepriľnavých panvíc až po balenie potravín. Celoštátna americká štúdia zistila, že u 95 % účastníkov boli detegované dve menej známe zlúčeniny PFAS – PFNA a PFOSA. Tieto zlúčeniny sú silne spojené s rýchlejším biologickým starnutím, najmä u mužov vo veku 50 až 64 rokov. Výskum naznačuje, že PFAS môžu urýchliť samotný proces starnutia v ľudskom organizme. Strava predstavuje dôležitý faktor určujúci expozíciu PFAS[1]. Vyššie hladiny PFNA a PFOS v krvi boli spojené s vyššou expozíciou týmto chemickým látkam[1].</w:t>
      </w:r>
    </w:p>
    <w:p/>
    <w:p>
      <w:pPr>
        <w:jc w:val="center"/>
      </w:pPr>
      <w:r>
        <w:t>Vygenerované: 27.02.2026 07:00:36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