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Skúmanie faktorov spojených s dobou obratu pri hodnotení kultúr netuberkulóznych mykobaktérií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Štúdia skúmala faktory ovplyvňujúce dobu obratu (TAT) pri hodnotení kultúr netuberkulóznych mykobaktérií (NTM) v terciárnej nemocnici od júna 2022 do mája 2024. Zaradili sa 289 kmeňov NTM, z toho 22 rýchlo rastúcich (RGM) s mediánovým TAT 7 dní a 267 pomaly rastúcich (SGM) s mediánovým TAT 11 dní, čo je štatisticky významný rozdiel (p &lt; 0,001). Rôzne druhy v rámci RGM a SGM vykazovali významné rozdiely v TAT. Pacienti s NTM pľúcnym ochorením, bronchiektáziami alebo kavitáciou mali kratší medián TAT (8–9 dní) oproti pacientom bez týchto nálezov (p &lt; 0,05). TAT negatívne koreloval so stupňom acidorezistentného bacilového náteru (korelačný koeficient -0,490, p &lt; 0,001). Výsledok acidorezistentného bacilového náteru bol jediným nezávislým faktorom ovplyvňujúcim TAT (Wald χ² = 39,71, p &lt; 0,001). RGM mali kratší TAT ako SGM a TAT bol spojený s klinickými diagnózami a zobrazovacími nálezmi.</w:t>
      </w:r>
    </w:p>
    <w:p/>
    <w:p>
      <w:pPr>
        <w:jc w:val="center"/>
      </w:pPr>
      <w:r>
        <w:t>Vygenerované: 26.02.2026 07:00:45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