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Subretinálna injekcia vyváženého soľného roztoku na makulárny edém sekundárny k oklúzii retinálnej žily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Štúdia skúmala účinnosť nového chirurgického prístupu na liečbu makulárneho edému, ktorý vznikol ako následok oklúzie sietnicovej žily a nereagovať na štandardnú liečbu proti VEGF. Chirurgický postup zahŕňal odstránenie sklovca oka (vitrektómiu), odstránenie internej limitujúcej membrány a injekciu vyváženého soľného roztoku priamo pod sietnicu. Štúdia porovnávala 19 pacientov rozdelených do dvoch skupín – chirurgickej skupiny a skupiny pokračujúcej v injekciách proti VEGF. Chirurgická skupina dosiahla štatisticky významné zníženie hrúbky makuly (222,67 μm oproti 270,60 μm), čo naznačuje lepšie anatomické zlepšenie. Chirurgická skupina tiež vykazovala trend k nižšej miere recidívy edému (40,0 % oproti 88,9 %) a dlhšiemu času do návratu edému. Zraková ostrosť bola medzi skupinami porovnateľná a neboli pozorované žiadne závažné nežiaduce udalosti. Autori záveru, že tento chirurgický postup je bezpečný a sľubný na kontrolu refraktérneho edému, hoci odporúčajú ďalšie prospektívne štúdie na potvrdenie výsledkov.</w:t>
      </w:r>
    </w:p>
    <w:p/>
    <w:p>
      <w:pPr>
        <w:jc w:val="center"/>
      </w:pPr>
      <w:r>
        <w:t>Vygenerované: 26.02.2026 07:00:56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