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Vplyv prechodného šoku na morálnu citlivosť medzi stážistami a jeho mechanizmus: prierezová štúdia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Ošetrovateľskí stážisti zažívajú prechodný šok pri prechode od teórie k praxi, ktorý vyčerpáva ich psychické zdroje, vedie k pochybnostiam o sebe a znižuje morálnu citlivosť voči etickým situáciám pacientov. Prierezová štúdia od júna do decembra 2024 použila online dotazníky vrátane Škály prechodného šoku, Škály sebasúcitu a revidovaných škál morálnej citlivosti. Prechodný šok bol kľúčovým prediktorom morálnej citlivosti s významnou negatívnou koreláciou (r = −0,320, p &lt; 0,01). Sebasúcit čiastočne sprostredkoval tento vzťah, pričom tvoril 42,59 % celkového účinku. Volanie zmiernilo negatívny vplyv prechodného šoku na sebasúcit a s jeho zvyšovaním klesal sprostredkujúci účinok sebasúcitu. Štúdia odporúča posilňovať sebasúcit a volanie u stážistov, aby sa zmiernil šok, podporil rozvoj morálnej citlivosti a formovali sa kvalifikované, empatické sestry.</w:t>
      </w:r>
    </w:p>
    <w:p/>
    <w:p>
      <w:pPr>
        <w:jc w:val="center"/>
      </w:pPr>
      <w:r>
        <w:t>Vygenerované: 26.02.2026 07:01:07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