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Pneumomediastinum akútnou dilatáciou žalúdka po záchvatovom prejedaní sa: kazuistika a prehľad literatúry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Akútna dilatácia žalúdka je zriedkavý, ale kritický stav s rýchlou a masívnou expanziou žalúdka. U 17-ročného muža vznikla po konkurenčnom prejedaní sa hamburgerov a sýtených nápojov, čo viedlo k subkutánnemu a mediastinálnemu emfyzému. Po nasadení nazogastrickej sondy sa u pacienta vyvinula hemodynamická nestabilita a oligúria. Urgentná prieskumná laparotómia odsaala 3,6 litra obsahu žalúdka. Pacient sa postupne zotavil pod podpornou starostlivosťou. Prípady akútnej dilatácie žalúdka po rýchlej konzumácii sýtených nápojov s následným pneumomediastínom sú v literatúre zriedkavo hlásené. U pacientov s brušnými symptómami po nadmernom prejedaní sa je nevyhnutná včasná dekompresia žalúdka. Nástup hemodynamickej nestability alebo oligúrie vyžaduje urgentný chirurgický zákrok.</w:t>
      </w:r>
    </w:p>
    <w:p/>
    <w:p>
      <w:pPr>
        <w:jc w:val="center"/>
      </w:pPr>
      <w:r>
        <w:t>Vygenerované: 26.02.2026 07:01:14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