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Klinické, trichoskopické a histologické charakteristiky 46 hispánskych mužov s fibrotizujúcou alopéciou v distribúcii vzorov: retrospektívna multicentrická analýza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Štúdia skúmala fibróznú alopéciu v distribúcii vzorov (FAPD) u 46 hispánskych mužov z ôsmich dermatologických centier v Argentíne, Kolumbii, Mexiku a Peru v rokoch 2015 až 2022. Priemerný vek pacientov bol 39 rokov, pričom onemocnenie sa objavilo medzi 20. a 63. rokom života. U 85 % pacientov bola prítomná rodinná anamnéza androgénnej alopécie (AGA). Najčastejšie sa FAPD prejavovala ako mužský vzor vypadávania vlasov (65 % prípadov) so symetrickou distribúciou. Pri trichoskopickom vyšetrení sa u 96 % pacientov zistila perifolikulárna deskvamácia, zatiaľ čo histologické vyšetrenie u všetkých pacientov (100 %) odhalilo koncentrickú perifolikulárnu lamelárnu fibrózu. Počiatočná klinická diagnóza FAPD bola stanovená iba u 13 % pacientov, pričom u 56,5 % bola primárnym podozrením androgénna alopécia. Výsledky naznačujú, že vek nástupu FAPD je u mužov v Latinskej Amerike skorší v porovnaní s mužmi z Európy a Severnej Ameriky.</w:t>
      </w:r>
    </w:p>
    <w:p/>
    <w:p>
      <w:pPr>
        <w:jc w:val="center"/>
      </w:pPr>
      <w:r>
        <w:t>Vygenerované: 26.02.2026 07:01:27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