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skutočnej bezpečnosti eptifibatidu pri liečbe ARDS: výsledky analýzy disproporcionality údajov FAERS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Štúdia hodnotí bezpečnosť eptifibatidu pri liečbe syndrómu akútnej respiračnej tiesne (ARDS), ktorý má vysokú úmrtnosť a kde je protidoštičková terapia dôležitá. Eptifibatid je inhibítor glykoproteínového receptora IIb/IIIa, používaný najmä pri akútnych koronárnych syndrómoch, nevenóznej tromboembolickej pľúcnej embólii, ARDS a septickom šoku. Analyzovali sa hlásenia nežiaducich udalostí z databázy FAERS od roku 2004, kde bol eptifibatid primárne podozrivým liekom. Použili sa metódy ako Bayesian Neupagation Healthcare Network, PNN Healthcare Profidence, MHRA, MGPS, PRR a ROR. Identifikovali sa nové nežiaduce reakcie, vrátane akútneho infarktu myokardu, zástavy srdca, nauzey, hemoragickej pankreatitídy, triašky, dyspnoe a vaskulárnej pseudoaneuryzmy. Štúdia zdôrazňuje dôležitosť včasnej detekcie týchto reakcií. Výsledky poskytujú prehľad o známych aj nových rizikách eptifibatidu v reálnom klinickom použití pri ARDS pre lepšie predpisovanie lekármi.</w:t>
      </w:r>
    </w:p>
    <w:p/>
    <w:p>
      <w:pPr>
        <w:jc w:val="center"/>
      </w:pPr>
      <w:r>
        <w:t>Vygenerované: 26.02.2026 07:01:35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