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Zriedkavý prípad kombinovanej oklúzie vetvy sietnicovej žily a oklúzie vetvy sietnicovej artérie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Prípad opisuje 59-ročného pacienta s diabetom a hypertenziou, ktorý mal rozmazané videnie na ľavom oku spôsobené zriedkavou kombináciou oklúzie vetvy sietnicovej žily (BRVO) a oklúzie vetvy sietnicovej artérie (BRAO). Pri vyšetrení mala jeho zraková ostrosť na postihnutom oku hodnotu 20/125 a hrúbka makuly bola 302 μm. Pacient bol liečený intravitreálnymi injekciami liekov proti vaskulárnemu endotelovému rastovému faktoru (anti-VEGF) a laserovou fotokoaguláciou. Po troch mesiacoch liečby sa jeho zraková ostrosť zlepšila na 20/40, hrúbka makuly sa znížila na 182 μm a tekutina v sietnici sa vyriešila. Prípad demonštruje, že kombinácia BRVO a BRAO je extrémne zriedkavá retinopatia, ktorej patogénny mechanizmus zostáva nejasný. Liečba anti-VEGF látkami a laserovou fotokoaguláciou sa ukázala ako účinná pri liečbe makulárneho edému spôsobeného touto kombináciou. Autori zdôrazňujú dôležitosť systémového hodnotenia a dôsledného sledovania kardiovaskulárnych rizikových faktorov u takýchto pacientov.</w:t>
      </w:r>
    </w:p>
    <w:p/>
    <w:p>
      <w:pPr>
        <w:jc w:val="center"/>
      </w:pPr>
      <w:r>
        <w:t>Vygenerované: 26.02.2026 07:02:10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