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kvality a bezpečnosti starostlivosti o pacienta v rámci celonemocničného modelu „Jedno lôžko“: prístup založený na FMEA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Celonemocničný model „Jedno lôžko“ prináša riziká v medzirezortnej starostlivosti o pacientov, čo ovplyvňuje kvalitu ošetrovateľstva a bezpečnosť pacienta. Štúdia použila analýzu spôsobov a účinkov zlyhania (FMEA) na identifikáciu a zlepšenie týchto rizík. Na základe prioritných čísel (RPN) boli vybrané a implementované prioritné projekty na optimalizáciu kvality ošetrovateľstva a bezpečnosti pacienta. Po intervenciách sa hodnoty RPN pre 15 identifikovaných spôsobov zlyhania v medzirezortnom manažmente, manažmente medzi oddeleniami a po ňom znížili o 39,71 % až 80,42 %. Tieto zmeny ukazujú zlepšenie bezpečnosti pacientov v celej nemocnici. Model „One Bed“ poskytuje štruktúrovaný prístup k proaktívnej identifikácii rizík a optimalizácii pracovného toku. Štúdia ponúka praktický rámec pre iné inštitúcie na zlepšenie medzirezortnej starostlivosti o pacientov.</w:t>
      </w:r>
    </w:p>
    <w:p/>
    <w:p>
      <w:pPr>
        <w:jc w:val="center"/>
      </w:pPr>
      <w:r>
        <w:t>Vygenerované: 26.02.2026 07:02:18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