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tenofovir-amibufenamidu u pacientov s chronickou hepatitídou B: klinická štúdia v reálnom svete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Štúdia hodnotila účinnosť a bezpečnosť tenofovir-amibufenamidu (TMF) u 186 pacientov s chronickou hepatitídou B, pričom 93 dostávalo TMF a 93 tenofovir-dizoproxil (TDF) po dobu 48 týždňov. Miera virologickej odpovede sa medzi skupinami významne nelíšila (p &gt; 0,05). Normalizácia sérovej alanínaminotransferázy (ALT) bola významne vyššia v skupine TMF (76,34 % oproti 60,22 % v skupine TDF, p &lt; 0,05). Miera sérokonverzie HBeAg bola vyššia pri TMF (22,78 % oproti 9,21 %, p &lt; 0,05). Hladiny sérového kreatinínu boli po 48 týždňoch nižšie v skupine TMF (77,36 ± 16,87 μmol/l oproti 90,12 ± 17,23 μmol/l, p &lt; 0,05). Žiadne významné rozdiely neboli v hladinách kyseliny močovej, vápnika ani fosfátu. TMF je účinnou liečbou chronickej hepatitídy B s lepšou normalizáciou ALT, vyššou sérokonverziou HBeAg a priaznivejšou renálnou bezpečnosťou oproti TDF.</w:t>
      </w:r>
    </w:p>
    <w:p/>
    <w:p>
      <w:pPr>
        <w:jc w:val="center"/>
      </w:pPr>
      <w:r>
        <w:t>Vygenerované: 26.02.2026 08:00:33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