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Bariéry a facilitátory na prijatie nechirurgických intervencií pri osteoartritíde kolena: protokol pre systematický prehľad kvalitatívnych štúdií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Osteoartritída kolena postihuje milióny ľudí na celom svete a spôsobuje bolesť, funkčné obmedzenia a zníženie kvality života.[1] Klinické usmernenia odporúčajú ako prvú líniu liečby nechirurgické intervencie vrátane cvičenia, riadenia hmotnosti a vzdelávania pacientov.[1] Napriek spoľahlivým dôkazom o účinnosti týchto intervencií ich prijatie a dodržiavanie zostávajú suboptimálne, pričom mnohí pacienti nedostávajú odporúčanú starostlivosť.[1] Cieľom tohto systematického prehľadu je syntetizovať kvalitatívne dôkazy o prekážkach a faktoroch, ktoré uľahčujú prijatie nechirurgických intervencií pri osteoartróze kolena z pohľadu pacientov, poskytovateľov zdravotnej starostlivosti a ďalších zainteresovaných strán.[1] Výskum bude prehľadávať sedem databáz (MEDLINE, Embase, CINAHL, PsycINFO, AMED, Scopus a Web of Science) od začiatku do decembra 2025 a použije tematickú syntézu na identifikáciu kľúčových tém.[1] Zistenia budú informovať o vývoji implementačných stratégií, klinických ciest a programov podpory pacientov, ktoré riešia identifikované prekážky a využívajú facilitátorov.[1]</w:t>
      </w:r>
    </w:p>
    <w:p/>
    <w:p>
      <w:pPr>
        <w:jc w:val="center"/>
      </w:pPr>
      <w:r>
        <w:t>Vygenerované: 26.02.2026 08:00:43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