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Expozícia vo vysokých nadmorských výškach a ťažká infekcia dýchacích ciest vyvolávajúca diabetickú ketoacidózu: novovzniknutý diabetes náchylný na ketózu, ktorý sa maskuje fyziologickým stresom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U 28-ročnej ženy predtým bez diagnózy diabetu sa vyvinula diabetická ketoacidóza (DKA) týždeň po 5-dňovom výlete do Cusca v Peru na výške 3 400 m. Prejavila sa zmeneným duševným stavom, Kussmaulovým dýchaním, závažnou metabolickou acidózou (pH 7,09, glukóza 548 mg/dl, bikarbonát 6,1 mmol/l, aniónová medzera 26 mEq/l), progresívnymi respiračnými príznakmi a hypoxémiou. CT hrudníka ukázalo multifokálne konsolidácie s cylindrickou bronchiektáziou a zachytením vzduchu; bronchoskopia odhalila hnisavé sekréty a multiplexná PCR identifikovala vírus parainfluenzy, rinovírus/enterovírus, Haemophilus influenzae, Staphylococcus aureus, Moraxella catarrhalis a Candida albicans. Potrebovala 4 dni mechanickú ventiláciu; štandardná liečba DKA a antimikrobiálna terapia viedli k vyriešeniu ketoacidózy do 48 hodín. Vstupné HbA1c bolo 9,0 %, C-peptid 2,1 ng/ml, negatívne autoprotilátky a následná nezávislosť na inzulíne zodpovedajú fenotypu diabetu náchylného na A-β+ ketózu. Pľúcna funkcia sa úplne obnovila do 6 mesiacov. Prípad zdôrazňuje DKA vyvolanú expozíciou vo vysokej výške a polymikrobiálnou pneumóniou v prostredí predtým nerozpoznanej chronickej dysglykémie.</w:t>
      </w:r>
    </w:p>
    <w:p/>
    <w:p>
      <w:pPr>
        <w:jc w:val="center"/>
      </w:pPr>
      <w:r>
        <w:t>Vygenerované: 26.02.2026 08:00:54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