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akupunktúry pri septickej gastrointestinálnej dysfunkcii: systematický prehľad a metaanalýza randomizovaných kontrolovaných štúdií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Systematický prehľad a metaanalýza 13 randomizovaných kontrolovaných štúdií s 865 pacientmi skúmala účinnosť a bezpečnosť akupunktúry pri septickej gastrointestinálnej dysfunkcii. Kombinácia akupunktúry so štandardnou liečbou účinne znížila vnútrobrušný tlak, stupeň poškodenia gastrointestinálneho traktu, skóre závažnosti ochorenia (APACHE II) a obvod brucha v porovnaní so samotnou štandardnou liečbou. Zároveň sa zvýšila frekvencia črevných zvukov, čo naznačuje zlepšenie črevnej motility. Štúdia nepreukázala významný rozdiel v 28-dňovej mortalite medzi skupinami ani v počte nežiaducich udalostí, čo svedčí o dobrej bezpečnosti akupunktúry. Autori však poukazujú, že nedostatočná veľkosť vzorky mohla ovplyvniť výsledky týkajúce sa mortality. Na potvrdenie týchto zistení sú potrebné ďalšie multicentrické, dvojito zaslepené kontrolované štúdie.</w:t>
      </w:r>
    </w:p>
    <w:p/>
    <w:p>
      <w:pPr>
        <w:jc w:val="center"/>
      </w:pPr>
      <w:r>
        <w:t>Vygenerované: 26.02.2026 08:01:08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