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Zmeny v sexuálnom zdraví po totálnej endoprotéze bedrového kĺbu u heterosexuálnych pacientov so stuhnutými bokmi a ich partnerov: retrospektívna štúdia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Retrospektívna štúdia skúmala zmeny v sexuálnom zdraví po totálnej endoprotéze bedrového kĺbu (THA) u 48 heterosexuálnych pacientov so stuhnutými bokmi a ich partnerov. Po operácii sa významne zlepšili skóre VAS, Harrisovo skóre a rozsah pohybu bedra (p &lt; 0,001). Priemerný čas obnovenia sexuálnej aktivity bol 3,6 ± 1,4 mesiaca (muži 2,9 ± 1,2 mesiaca, ženy 4,5 ± 1,1 mesiaca). Sexuálna frekvencia sa zvýšila u 93,7 % pacientov, 60,4 % skúšalo rôzne koitálne polohy a spokojnosť vzrástla z 24 % pred operáciou na 82 % po nej (p &lt; 0,001). Hlavnými obmedzeniami boli obmedzená pohyblivosť, bolesť a strach z poškodenia protézy. Žiadna pacientka nedostala perioperačné poradenstvo o sexuálnom zdraví, hoci 85,4 % žiadalo rehabilitačné vedenie a 60,4 % by zvážilo THA kvôli narušeniu sexuálneho zdravia. Partneri zaznamenali zlepšenie kvality života a sexuálneho zdravia pacientov a boli ochotní prispôsobiť sa. THA pozitívne ovplyvnila sexuálnu aktivitu, kvalitu života a vzťahy u pacientov aj partnerov.</w:t>
      </w:r>
    </w:p>
    <w:p/>
    <w:p>
      <w:pPr>
        <w:jc w:val="center"/>
      </w:pPr>
      <w:r>
        <w:t>Vygenerované: 26.02.2026 08:01:27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