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Exploring adverse drug reactions: monitoring, mechanism, intervention, and resolution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Článok sa zaoberá nežiaducimi účinkami liekov (ADR) a zdôrazňuje potrebu ich systematického charakterizovania, vrátane oneskorených alebo atypických reakcií.[5] Upozorňuje, že klinicky významné nežiaduce účinky spojené s imunitným systémom s viacnásobným postihnutím orgánov sa môžu objaviť dlho po začatí liečby alebo dokonca po ukončení užívania lieku, čo môže viesť k opakovanej expozícii a ohrozujúcim stavom, ak sa príčina nezistí včas.[5] Článok zdôrazňuje, že modely založené na strojovom učení majú pozitívny vplyv na proaktívnu identifikáciu rizík a ich stratifikáciu.[5] Príkladom je vývoj skórovacieho nástroja na základe logistickej regresie na odhad rizika nežiaducich účinkov spojených so semaglutídom, ktorý identifikoval gastrointestinálne komorbidity, konzumáciu alkoholu a súbežné užívanie iných liekov ako kľúčové rizikové faktory.[5] Článok tiež poukazuje na molekulárne interakcie medzi liekmi a biologickými systémami, ktoré vedú k rôznorodým nežiaducim účinkom, ako napríklad inhibícia signalizácie GPR83-AKT ibrutinibom, ktorá indukuje apoptózu vlasov a stratu sluchu.[5]</w:t>
      </w:r>
    </w:p>
    <w:p/>
    <w:p>
      <w:pPr>
        <w:jc w:val="center"/>
      </w:pPr>
      <w:r>
        <w:t>Vygenerované: 26.02.2026 08:01:39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