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Prekonanie výziev s implementáciou rady Get-To-Know-Me na humanizáciu starostlivosti o JIS: projekt na zlepšenie kvality</w:t>
      </w:r>
    </w:p>
    <w:p>
      <w:r>
        <w:t>Zdroj: Frontiers Medicine</w:t>
      </w:r>
    </w:p>
    <w:p>
      <w:r>
        <w:t>Publikované: 2026-02-26T00:00:00Z</w:t>
      </w:r>
    </w:p>
    <w:p/>
    <w:p>
      <w:pPr>
        <w:pStyle w:val="Heading1"/>
      </w:pPr>
      <w:r>
        <w:t>Súhrn</w:t>
      </w:r>
    </w:p>
    <w:p>
      <w:r>
        <w:t>Jednotka intenzívnej starostlivosti (JIS) je prostredie, kde sú pacienti často vnímaní primárne cez svoje diagnózy namiesto toho, aby boli vnímani ako jednotlivci[3]. Doska Get-To-Know-Me Board (GTKMB) je humanizujúci nástroj navrhnutý na zdôraznenie osobných vlastností pacientov a podporu starostlivosti zameranej na človeka[3]. Napriek tomu, že sa GTKMB považuje za cenný pri podpore humanizovanej starostlivosti a komunikácie, miera jej používania v inštitúciách zostáva nízka[3]. Projekt na zlepšenie kvality testoval postupné intervencie vrátane pripomienok, kontrolných zoznamov, vizuálnych magnetov a vzdelávacích brožúr na zvýšenie používania GTKMB[3]. Najvýraznejšie zlepšenie priniesli pripomienky a kontrolné zoznamy[3]. Hlavné prekážky používania GTKMB zahŕňali nejasné vlastníctvo, nesprávne načasovanie a nekonzistentnú integráciu do pracovného toku[3]. Udržateľná implementácia si vyžaduje multidisciplinárne zapojenie a integráciu GTKMB do každodenných rutín starostlivosti[3].</w:t>
      </w:r>
    </w:p>
    <w:p/>
    <w:p>
      <w:pPr>
        <w:jc w:val="center"/>
      </w:pPr>
      <w:r>
        <w:t>Vygenerované: 26.02.2026 08:02:00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