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Style w:val="Title"/>
        <w:jc w:val="center"/>
      </w:pPr>
      <w:r>
        <w:t>Štúdia zistila, že u vegetariánov nad 80 rokov je menej pravdepodobné, že dosiahnu 100 rokov</w:t>
      </w:r>
    </w:p>
    <w:p>
      <w:r>
        <w:t>Zdroj: ScienceDaily Health</w:t>
      </w:r>
    </w:p>
    <w:p>
      <w:r>
        <w:t>Publikované: Thu, 26 Feb 2026 03:57:06 EST</w:t>
      </w:r>
    </w:p>
    <w:p/>
    <w:p>
      <w:pPr>
        <w:pStyle w:val="Heading1"/>
      </w:pPr>
      <w:r>
        <w:t>Súhrn</w:t>
      </w:r>
    </w:p>
    <w:p>
      <w:r>
        <w:t>Štúdia zistila, že vegetariáni nad 80 rokov majú menej pravdepodobnosť dosiahnuť vek 100 rokov. Vyhýbanie sa mäsu môže mierne znížiť šancu stať sa storočnými, ale len u krehkých seniorov s podváhou. Vo veľmi vysokom veku je dôležitejšie zostať silný a udržiavať svalovú hmotu ako dlhodobá prevencia chorôb. Starší dospelí, ktorí zahrnuli do stravy ryby, vajcia alebo mliečne výrobky, mali rovnakú pravdepodobnosť dosiahnuť 100 rokov ako konzumenti mäsa. To naznačuje, že kľúčové živiny môžu robiť rozdiel. Záver štúdie uvádza, že potreby výživy sa s vekom dramaticky menia.</w:t>
      </w:r>
    </w:p>
    <w:p/>
    <w:p>
      <w:pPr>
        <w:jc w:val="center"/>
      </w:pPr>
      <w:r>
        <w:t>Vygenerované: 26.02.2026 10:00:42</w:t>
      </w: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