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Vakcína proti pásovému oparu môže spomaliť biologické starnutie a znížiť zápal</w:t>
      </w:r>
    </w:p>
    <w:p>
      <w:r>
        <w:t>Zdroj: ScienceDaily Health</w:t>
      </w:r>
    </w:p>
    <w:p>
      <w:r>
        <w:t>Publikované: Thu, 26 Feb 2026 02:47:45 EST</w:t>
      </w:r>
    </w:p>
    <w:p/>
    <w:p>
      <w:pPr>
        <w:pStyle w:val="Heading1"/>
      </w:pPr>
      <w:r>
        <w:t>Súhrn</w:t>
      </w:r>
    </w:p>
    <w:p>
      <w:r>
        <w:t>Vakcína proti pásovému oparu môže spomaliť biologické starnutie a znížiť zápal u starších ľudí.[1] Štúdia Gerontologickej školy USC Leonard Davis analyzovala údaje z americkej Health and Retirement Study s viac ako 3 800 účastníkmi vo veku 70 rokov a staršími v roku 2016.[1] Očkovaní účastníci vykazovali pomalšie biologické starnutie v porovnaní s neočkovanými.[1][2] Vedci merali sedem aspektov starnutia: zápal, vrodenú imunitu, adaptívnu imunitu, kardiovaskulárnu hemodynamiku, neurodegeneráciu, epigenetické starnutie a transkriptomické starnutie.[1] Zistili nižšie úrovne chronického zápalu a pomalšie zmeny v génovej aktivite spojené so starnutím.[1][2] Očkovaní mali priaznivejšie celkové skóre biologického veku, čo zodpovedalo rozdielu niekoľkých mesiacov až rokov.[2] Štúdia bola publikovaná 20. januára 2026 v časopise The Journals of Gerontology, Series A.[1]</w:t>
      </w:r>
    </w:p>
    <w:p/>
    <w:p>
      <w:pPr>
        <w:jc w:val="center"/>
      </w:pPr>
      <w:r>
        <w:t>Vygenerované: 26.02.2026 10:01:01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