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Názor: Mal som brata so schizofréniou. Nemôžem prestať myslieť na súrodencov Nicka Reinera</w:t>
      </w:r>
    </w:p>
    <w:p>
      <w:r>
        <w:t>Zdroj: STAT News</w:t>
      </w:r>
    </w:p>
    <w:p>
      <w:r>
        <w:t>Publikované: Thu, 26 Feb 2026 09:30:00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medzi poskytnutými výsledkami vyhľadávania sa nenachádza článok s názvom "Opinion: I had a brother with schizophrenia. I can't stop thinking about Nick Reiner's siblings". Dostupné výsledky obsahujú informácie o prípade Nicka Reinera a schizofréniu ako ochorenie, ale nie samotný článok, ktorý ste požiadali zhrnúť. Aby som mohol vytvoriť presný a faktický súhrn v súlade s vašimi požiadavkami, potreboval by som prístup k úplnému textu tohto konkrétneho článku.</w:t>
      </w:r>
    </w:p>
    <w:p/>
    <w:p>
      <w:pPr>
        <w:jc w:val="center"/>
      </w:pPr>
      <w:r>
        <w:t>Vygenerované: 26.02.2026 11:01:05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