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Pokúsil som sa navrhnúť klinickú skúšku pre doplnok. Do cesty sa postavilo 5 vecí</w:t>
      </w:r>
    </w:p>
    <w:p>
      <w:r>
        <w:t>Zdroj: STAT News</w:t>
      </w:r>
    </w:p>
    <w:p>
      <w:r>
        <w:t>Publikované: Thu, 26 Feb 2026 09:30:00 +0000</w:t>
      </w:r>
    </w:p>
    <w:p/>
    <w:p>
      <w:pPr>
        <w:pStyle w:val="Heading1"/>
      </w:pPr>
      <w:r>
        <w:t>Súhrn</w:t>
      </w:r>
    </w:p>
    <w:p>
      <w:r>
        <w:t>Elise Felicione sa pokúsila navrhnúť klinickú skúšku pre doplnok výživy. Pri tomto pokuse jej do cesty vstúpilo 5 vecí. Ide o stanovisko popisujúce tieto prekážky. Tieto skutočnosti predstavujú lekciu pre celý priemysel doplnkov výživy.</w:t>
      </w:r>
    </w:p>
    <w:p/>
    <w:p>
      <w:pPr>
        <w:jc w:val="center"/>
      </w:pPr>
      <w:r>
        <w:t>Vygenerované: 26.02.2026 11:01:25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