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Zdravotná kríza na Kube: výpadky prúdu a nedostatok paliva po tlaku Trumpa</w:t>
      </w:r>
    </w:p>
    <w:p>
      <w:r>
        <w:t>Zdroj: BMJ</w:t>
      </w:r>
    </w:p>
    <w:p>
      <w:r>
        <w:t>Publikované: 2026-02-26T01:22:49-08:00</w:t>
      </w:r>
    </w:p>
    <w:p/>
    <w:p>
      <w:pPr>
        <w:pStyle w:val="Heading1"/>
      </w:pPr>
      <w:r>
        <w:t>Súhrn</w:t>
      </w:r>
    </w:p>
    <w:p>
      <w:r>
        <w:t>Kuba čelí zdravotnej kríze spôsobenou pravidelnými výpadkami prúdu a nedostatkom paliva v dôsledku sprísnených opatrení USA pod vedením prezidenta Donalda Trumpa, ktoré obmedzujú dodávky ropy. Hlavnými dodávateľmi ropy pre Kubu sú Venezuela a Mexiko, pričom USA zablokovali dodávky z Venezuely a zavádzajú sankcie na iné krajiny. Nedostatok paliva spôsobuje každodenné výpadky elektriny v mestách a obciach, čo bráni nemocniciam v prevádzke svetiel a základných vyšetrení ako röntgen či ultrazvuk. Bez paliva nefungujú sanitky a objavujú sa správy o nedostatku zdravotníckeho personálu, pretože lekári odmietajú pracovať v zlých podmienkach alebo sa nedostanú do práce. Kríza nastala niekoľko mesiacov po hurikáne Melissa, po ktorom došlo k prudkému nárastu infekčných chorôb. Kuba má zásoby ropy na menej ako dva mesiace.</w:t>
      </w:r>
    </w:p>
    <w:p/>
    <w:p>
      <w:pPr>
        <w:jc w:val="center"/>
      </w:pPr>
      <w:r>
        <w:t>Vygenerované: 26.02.2026 12:00:45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