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Účinky bylinného doplnku Bacopa monnieri na starnutie a neurokognitívne funkcie, vrátane neurofyziologických hodnotení, vo vzťahu ku konštitúcii (Prakriti) u zdravých dospelých: protokol klinického skúšania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Táto dvojramenná, dvojito zaslepená, placebom kontrolovaná randomizovaná štúdia hodnotí účinky lyofilizovaného bylinného odvaru Bacopa monnieri (BMFD) na starnutie a neurokognitívne funkcie u zdravých starších dospelých s MoCA skóre ≥24. Účastníci sú randomizovaní na podávanie 120 ml BMFD alebo placeba dvakrát denne počas 45 dní, s hodnoteniami na začiatku, po 45 a 90 dňoch. Štúdia sa koná v Centre klinických skúšok na Fakulte domorodej medicíny Univerzity v Colombe. Primárne výsledky zahŕňajú telomerázovú aktivitu a dĺžku telomér meranú qPCR. Sekundárne výsledky merajú neurokognitívne funkcie (MoCA validované pre srílanskú populáciu), neurofyziologické funkcie (test nervového vedenia pre horné a dolné končatiny, EEG) a kvalitu života súvisiacu so zdravím (HRQoL) validovaným dotazníkom. Štúdia integruje ajurvédske princípy vrátane konštitúcie (Prakriti). Je zaregistrovaná pod identifikátorom ISRCTN64126920.</w:t>
      </w:r>
    </w:p>
    <w:p/>
    <w:p>
      <w:pPr>
        <w:jc w:val="center"/>
      </w:pPr>
      <w:r>
        <w:t>Vygenerované: 26.02.2026 14:02:07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