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MHRA a polícia zaistili 2000 nelegálnych liekov na chudnutie po razii v kriminálnom zariadení</w:t>
      </w:r>
    </w:p>
    <w:p>
      <w:r>
        <w:t>Zdroj: Pharmaceutical Technology</w:t>
      </w:r>
    </w:p>
    <w:p>
      <w:r>
        <w:t>Publikované: Thu, 26 Feb 2026 11:31:17 +0000</w:t>
      </w:r>
    </w:p>
    <w:p/>
    <w:p>
      <w:pPr>
        <w:pStyle w:val="Heading1"/>
      </w:pPr>
      <w:r>
        <w:t>Súhrn</w:t>
      </w:r>
    </w:p>
    <w:p>
      <w:r>
        <w:t>MHRA a polícia zaistili viac ako 2000 falošných dávok injekčných prípravkov na chudnutie v továrni v anglickom meste Northampton.[6] Razia sa uskutočnila v kriminálnom zariadení, kde skupina organizovaného zločinu predávala nelicencované látky na chudnutie online a prostredníctvom sociálnych médií. Tieto produkty boli nelegálne a falšované. Akcia odhalila nelegálny obchod s liekmi, ktoré nie sú povolené na území krajiny. Zaistené dávky budú predmetom ďalšieho skúmania. Tento zásah upozorňuje na riziká nákupu liekov na chudnutie z neoverených zdrojov.[9]</w:t>
      </w:r>
    </w:p>
    <w:p/>
    <w:p>
      <w:pPr>
        <w:jc w:val="center"/>
      </w:pPr>
      <w:r>
        <w:t>Vygenerované: 26.02.2026 14:02:16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