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Revolutionizing dermatopathology using AI in skin diagnostics: scoping review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Tento článok je opravou scoping review s názvom „Revolutionizing dermatopathology using AI in skin diagnostics“. Review dodržiava usmernenia PRISMA-ScR a hodnotí použitie AI modelov na zlepšenie diagnostiky kožných ochorení.[2][6] Štúdie využívajú súkromné klinické dáta aj verejné zdroje ako ISIC a MoleMap.[2] Väčšina AI modelov vyžaduje lepšiu klinickú validáciu a dodržiavanie etických a právnych štandardov.[2] AI zvyšuje presnosť klasifikácie lézií, uľahčuje včasnú detekciu a znižuje diagnostickú záťaž.[2] Príklady zahŕňajú architektúry ako SkinGPT-4 a DVFNet na analýzu medicínskych obrazov a patologických škvŕn.[2] Modelly ako CNN a DNN preukazujú vysokú efektivitu pri benígnych aj maligných kožných ochoreniach.[2] Review zdôrazňuje limity, ako modelovanie zriedkavých porúch a potreba štandardizovaných postupov.[2]</w:t>
      </w:r>
    </w:p>
    <w:p/>
    <w:p>
      <w:pPr>
        <w:jc w:val="center"/>
      </w:pPr>
      <w:r>
        <w:t>Vygenerované: 26.02.2026 16:00:50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