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Pharmalittle: Čítame o záhadnom odmietnutí FDA, tabletke na chudnutie Lilly a ďalších</w:t>
      </w:r>
    </w:p>
    <w:p>
      <w:r>
        <w:t>Zdroj: STAT News</w:t>
      </w:r>
    </w:p>
    <w:p>
      <w:r>
        <w:t>Publikované: Thu, 26 Feb 2026 14:07:15 +0000</w:t>
      </w:r>
    </w:p>
    <w:p/>
    <w:p>
      <w:pPr>
        <w:pStyle w:val="Heading1"/>
      </w:pPr>
      <w:r>
        <w:t>Súhrn</w:t>
      </w:r>
    </w:p>
    <w:p>
      <w:r>
        <w:t>FDA zamietla experimentálnu terapiu na liečbu zriedkavej rakoviny krvi. Interní recenzenti FDA odporučili schválenie tejto terapie. Rozhodnutie FDA je považované za záhadné. Článok sa venuje aj tabletke na chudnutie od spoločnosti Lilly. Tieto témy sú súčasťou prehľadu farmaceutických správ. Ďalšie informácie zahŕňajú rôzne novinky z oblasti liekov. Rozhodnutie FDA vyvoláva otázky ohľadom postupu schvaľovania terapií.</w:t>
      </w:r>
    </w:p>
    <w:p/>
    <w:p>
      <w:pPr>
        <w:jc w:val="center"/>
      </w:pPr>
      <w:r>
        <w:t>Vygenerované: 26.02.2026 16:01:08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