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zranenia spôsobené očkovaním COVID; Urológ zatknutý; Spomínané čučoriedky</w:t>
      </w:r>
    </w:p>
    <w:p>
      <w:r>
        <w:t>Zdroj: MedPage Today</w:t>
      </w:r>
    </w:p>
    <w:p>
      <w:r>
        <w:t>Publikované: Thu, 26 Feb 2026 09:38:29 -0500</w:t>
      </w:r>
    </w:p>
    <w:p/>
    <w:p>
      <w:pPr>
        <w:pStyle w:val="Heading1"/>
      </w:pPr>
      <w:r>
        <w:t>Súhrn</w:t>
      </w:r>
    </w:p>
    <w:p>
      <w:r>
        <w:t>Poradný výbor CDC pre imunizačné postupy plánuje prediskutovať zranenia spôsobené očkovaním proti COVID-19 na stretnutí budúci mesiac. Informácia pochádza z MedPage Today. NBC News uvádza, že obojstranná väčšina Američanov podporuje danú tému. Článok spomína zranenia spôsobené očkovaním COVID-19. Zahŕňa aj správu o zatknutí urológa. Taktiež informuje o stiahnutí čučoriedok z trhu. Niektoré odkazy v článku môžu vyžadovať registráciu alebo predplatné.</w:t>
      </w:r>
    </w:p>
    <w:p/>
    <w:p>
      <w:pPr>
        <w:jc w:val="center"/>
      </w:pPr>
      <w:r>
        <w:t>Vygenerované: 26.02.2026 17:00:47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