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Čím viac sa obávate starnutia, tým rýchlejšie môže vaše telo starnúť</w:t>
      </w:r>
    </w:p>
    <w:p>
      <w:r>
        <w:t>Zdroj: ScienceDaily Health</w:t>
      </w:r>
    </w:p>
    <w:p>
      <w:r>
        <w:t>Publikované: Thu, 26 Feb 2026 08:14:43 EST</w:t>
      </w:r>
    </w:p>
    <w:p/>
    <w:p>
      <w:pPr>
        <w:pStyle w:val="Heading1"/>
      </w:pPr>
      <w:r>
        <w:t>Súhrn</w:t>
      </w:r>
    </w:p>
    <w:p>
      <w:r>
        <w:t>Výskum z NYU na vzorke viac ako 700 žien ukázal, že obavy zo starnutia môžu urýchliť biologické starnutie na bunkovej úrovni. Ženy, ktoré pociťovali väčšiu úzkosť zo starnutia, vykazovali známky rýchlejšieho biologického starnutia v krvi, merané pomocou epigenetických hodín. Najsilnejšie prepojenie malo obavy zo zhoršujúceho sa zdravia v budúcnosti. Obavy o krásu alebo plodnosť nemali na biologické starnutie rovnaký vplyv. Štúdia tak naznačuje, že psychologický strach zo starnutia môže mať merateľné fyzické dôsledky na molekulárnej úrovni. Tieto zistenia poukazujú na vzájomnú súvislosť medzi mentálnym stavom a biologickými procesmi starnutia.</w:t>
      </w:r>
    </w:p>
    <w:p/>
    <w:p>
      <w:pPr>
        <w:jc w:val="center"/>
      </w:pPr>
      <w:r>
        <w:t>Vygenerované: 26.02.2026 18:00:44</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