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Populárny liek proti refluxu kyseliny spojený s anémiou a stratou kostnej hmoty</w:t>
      </w:r>
    </w:p>
    <w:p>
      <w:r>
        <w:t>Zdroj: ScienceDaily Health</w:t>
      </w:r>
    </w:p>
    <w:p>
      <w:r>
        <w:t>Publikované: Thu, 26 Feb 2026 07:27:39 EST</w:t>
      </w:r>
    </w:p>
    <w:p/>
    <w:p>
      <w:pPr>
        <w:pStyle w:val="Heading1"/>
      </w:pPr>
      <w:r>
        <w:t>Súhrn</w:t>
      </w:r>
    </w:p>
    <w:p>
      <w:r>
        <w:t>Populárne lieky proti refluxu kyseliny, ako Prilosec, Nexium a Protonix, môžu pri dlhodobom užívaní spôsobiť riziká. Nová štúdia zistila, že predĺžené používanie týchto liekov narušilo hladiny železa a vápnika u potkanov. Tieto zmeny sú spojené s anémiou a rizikom osteoporózy. Výskumníci pozorovali posuny v minerálnej rovnováhe vo viacerých orgánoch potkanov. Odborníci uznávajú, že lieky sú účinné proti refluxu. Dlhodobé užívanie bez lekárskeho dohľadu môže mať neželané následky.</w:t>
      </w:r>
    </w:p>
    <w:p/>
    <w:p>
      <w:pPr>
        <w:jc w:val="center"/>
      </w:pPr>
      <w:r>
        <w:t>Vygenerované: 26.02.2026 18:00:52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