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Tessa Richards: redaktorka BMJ, ktorá presadzovala pacientov</w:t>
      </w:r>
    </w:p>
    <w:p>
      <w:r>
        <w:t>Zdroj: BMJ</w:t>
      </w:r>
    </w:p>
    <w:p>
      <w:r>
        <w:t>Publikované: 2026-02-26T06:56:26-08:00</w:t>
      </w:r>
    </w:p>
    <w:p/>
    <w:p>
      <w:pPr>
        <w:pStyle w:val="Heading1"/>
      </w:pPr>
      <w:r>
        <w:t>Súhrn</w:t>
      </w:r>
    </w:p>
    <w:p>
      <w:r>
        <w:t>Tessa Richardsová bola redaktorkou BMJ, ktorá presadzovala zapojenie pacientov do časopisu. V roku 1983, keď do BMJ nastúpila, boli pacienti len doplnkom a ich fotografie sa často publikovali bez súhlasu, dokonca nahí s čiernym pásom cez oči, čo sa ukázalo ako neúčinné na maskovanie identity. Do roku 2023, keď odišla, mal časopis redaktora pre pacientov, poradnú radu pre pacientov a viac ako 1 000 pacientov a verejných recenzentov. Pacienti sú teraz zapojení do všetkých častí redakčného procesu. Richardsová viedla stratégiu na začlenenie pacientov a zabezpečila jej realizáciu. Vytvorila súbor článkov, v ktorých zdôraznila, že pacienti sú rovnocennými partnermi. Transformáciu, ktorú uskutočnila, postupne prebrali aj iné časopisy. Dosiahla to nezdolnosťou a hľadaním ciest tam, kde sa zdalo, že žiadna neexistuje.</w:t>
      </w:r>
    </w:p>
    <w:p/>
    <w:p>
      <w:pPr>
        <w:jc w:val="center"/>
      </w:pPr>
      <w:r>
        <w:t>Vygenerované: 26.02.2026 18:01:11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