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Effects of continuous glucose monitoring in enhanced recovery after colorectal cancer patient surgery with type 2 diabetes (application of CGM in the ERAS process of CRC patient with diabetes)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"Correction: Effects of continuous glucose monitoring in enhanced recovery after colorectal cancer patient surgery with type 2 diabetes". Výsledky vyhľadávania obsahujú iba všeobecné informácie o kontinuálnom monitorovaní glukózy a jeho klinických aplikáciách pri liečbe diabetu, nie špecifický článok o jeho použití pri chirurgickej liečbe rakoviny hrubého čreva u pacientov s diabetom typu 2. Aby som mohol vytvoriť presný a faktický súhrn podľa vašich požiadaviek, potrebujem prístup k úplnému textu tohto konkrétneho článku.</w:t>
      </w:r>
    </w:p>
    <w:p/>
    <w:p>
      <w:pPr>
        <w:jc w:val="center"/>
      </w:pPr>
      <w:r>
        <w:t>Vygenerované: 26.02.2026 18:01:20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