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Národná mama MAHA pristáva v Kongrese s niekoľkými nepríjemnými otázkami</w:t>
      </w:r>
    </w:p>
    <w:p>
      <w:r>
        <w:t>Zdroj: STAT News</w:t>
      </w:r>
    </w:p>
    <w:p>
      <w:r>
        <w:t>Publikované: Thu, 26 Feb 2026 16:23:45 +0000</w:t>
      </w:r>
    </w:p>
    <w:p/>
    <w:p>
      <w:pPr>
        <w:pStyle w:val="Heading1"/>
      </w:pPr>
      <w:r>
        <w:t>Súhrn</w:t>
      </w:r>
    </w:p>
    <w:p>
      <w:r>
        <w:t>Casey Meansová, kandidátka na post generálneho chirurga USA, absolvovala svoje potvrdzovací vypočutie pred Senátom v stredu 25. februára 2026[3]. Meansová je podnikateľka v oblasti wellness s medicínskym diplomom zo Stanfordu, ktorú prezident Trump nominoval na túto pozíciu v máji po stiahnutí svojho pôvodného kandidáta[4]. Počas dvoj-hodinového vypočutia sa zamerala na nárast chronických chorôb a potrebu „obnovenia celistvosti Američanov — fyzicky, psychicky a spoločensky"[3]. Senátor Bill Cassidy sa ju opakovaní pýtal na jej postoj k vakcináciám a zdieľanému rozhodovaniu medzi pediatrami a rodičmi[3]. Meansová potvrdila, že akceptuje vedecké dôkazy o bezpečnosti vakcín, ale zároveň vyhlásila, že „veda nikdy nie je uzavretá"[3]. Jej nominácia bola chválená lídri hnutia MAHA (Make America Healthy Again), vrátane aktivistky Vani Hari, ktorá ju nazývala „chýbajúcim kúskom puzzle" v rámci vedenia HHS[4].</w:t>
      </w:r>
    </w:p>
    <w:p/>
    <w:p>
      <w:pPr>
        <w:jc w:val="center"/>
      </w:pPr>
      <w:r>
        <w:t>Vygenerované: 26.02.2026 18:01:32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