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Populárny doplnok mozgu spojený s kratšou životnosťou u mužov</w:t>
      </w:r>
    </w:p>
    <w:p>
      <w:r>
        <w:t>Zdroj: ScienceDaily Health</w:t>
      </w:r>
    </w:p>
    <w:p>
      <w:r>
        <w:t>Publikované: Thu, 26 Feb 2026 12:31:50 EST</w:t>
      </w:r>
    </w:p>
    <w:p/>
    <w:p>
      <w:pPr>
        <w:pStyle w:val="Heading1"/>
      </w:pPr>
      <w:r>
        <w:t>Súhrn</w:t>
      </w:r>
    </w:p>
    <w:p>
      <w:r>
        <w:t>Rozsiahla štúdia na viac ako 270 000 ľuďoch z UK Biobank odhalila súvislosť medzi hladinami aminokyseliny tyrozínu a dĺžkou života.[1][2] Vyššie hladiny tyrozínu sú spojené s kratšou očakávanou dĺžkou života u mužov.[1][2] Genetické analýzy odhadli, že zvýšené hladiny tyrozínu môžu skrátiť životnosť mužov o takmer jeden rok.[1][2][4] U žien nebol pozorovaný významný efekt.[1][2] Štúdia analyzovala aj fenylalanín, predchodcu tyrozínu, no po kontrole na tyrozín žiadna súvislosť s dĺžkou života nebola zistená u mužov ani žien.[1][2][4] Muži majú všeobecne vyššie hladiny tyrozínu ako ženy.[1][2] Výskum viedli vedci z University of Hong Kong a University of Georgia.[1][2] Zistenia pochádzajú z observačných dát a Mendelskej randomizácie.[1][4]</w:t>
      </w:r>
    </w:p>
    <w:p/>
    <w:p>
      <w:pPr>
        <w:jc w:val="center"/>
      </w:pPr>
      <w:r>
        <w:t>Vygenerované: 26.02.2026 19:00:33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