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Všetko, čo potrebujete vedieť o RFK Jr., MAHA a „glypho-gate“</w:t>
      </w:r>
    </w:p>
    <w:p>
      <w:r>
        <w:t>Zdroj: STAT News</w:t>
      </w:r>
    </w:p>
    <w:p>
      <w:r>
        <w:t>Publikované: Thu, 26 Feb 2026 17:59:03 +0000</w:t>
      </w:r>
    </w:p>
    <w:p/>
    <w:p>
      <w:pPr>
        <w:pStyle w:val="Heading1"/>
      </w:pPr>
      <w:r>
        <w:t>Súhrn</w:t>
      </w:r>
    </w:p>
    <w:p>
      <w:r>
        <w:t>Prezident Donald Trump vydal výkonný príkaz na podporu domácej výroby herbicídu glyfosátu, ktorý je najpoužívanejším herbicídom v USA na mnohé plodiny a aktívnou látkou v prípravku Roundup.[1][3] Glyfosát čelí viacerým súdnym sporom, ktoré ho obviňujú z rakoviny.[1] Sekretár HHS Robert F. Kennedy Jr., vodca hnutia Make America Healthy Again (MAHA), podporil tento príkaz s odôvodnením, že chráni národnú bezpečnosť, obrannú pripravenosť a zásobovanie potravinami.[2][3] Kennedy uviedol, že USA tvoria 4 % svetovej populácie, no používajú 25 % svetových pesticídov, a závislosť od zahraničných výrobcov predstavuje bezpečnostné riziko.[3] Podporovatelia MAHA, vrátane aktivistiek ako Zen Honeycutt či Kelly Ryerson, označili tento krok za zradu a kritizovali ochranu výrobcov chemikálií.[1][2][3][5] MAHA komisia vydala v máji 2025 správu, ktorá upozornila na obavy z glyfosátu v súvislosti s chronickými ochoreniami.[4][5] Kennedy dodal, že HHS bude pracovať na znižovaní závislosti od glyfosátu bez narušenia potravinového zásobovania.[3]</w:t>
      </w:r>
    </w:p>
    <w:p/>
    <w:p>
      <w:pPr>
        <w:jc w:val="center"/>
      </w:pPr>
      <w:r>
        <w:t>Vygenerované: 26.02.2026 19:00:44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