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Počúvajte: Nepokoje FDA, volebné intrigy, AI a ďalšie</w:t>
      </w:r>
    </w:p>
    <w:p>
      <w:r>
        <w:t>Zdroj: STAT News</w:t>
      </w:r>
    </w:p>
    <w:p>
      <w:r>
        <w:t>Publikované: Thu, 26 Feb 2026 18:56:06 +0000</w:t>
      </w:r>
    </w:p>
    <w:p/>
    <w:p>
      <w:pPr>
        <w:pStyle w:val="Heading1"/>
      </w:pPr>
      <w:r>
        <w:t>Súhrn</w:t>
      </w:r>
    </w:p>
    <w:p>
      <w:r>
        <w:t>V relácii Readout LOUD tento týždeň Adam privítal hosťujúceho moderátora Jareda Holza. Spoločne diskutovali o fúziách a akvizíciách v zdravotníctve. Témou boli aj nepokoje vo FDA. Rozoberali volebné intrigy súvisiace so sektorom. Pokryli ďalšie aktuálne udalosti v oblasti zdravotníctva a vedy. Relácia je dostupná na počúvanie.</w:t>
      </w:r>
    </w:p>
    <w:p/>
    <w:p>
      <w:pPr>
        <w:jc w:val="center"/>
      </w:pPr>
      <w:r>
        <w:t>Vygenerované: 26.02.2026 20:00:47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