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CMS oznamuje pozastavenie nových dodávateľov odolných zdravotníckych zariadení</w:t>
      </w:r>
    </w:p>
    <w:p>
      <w:r>
        <w:t>Zdroj: STAT News</w:t>
      </w:r>
    </w:p>
    <w:p>
      <w:r>
        <w:t>Publikované: Thu, 26 Feb 2026 18:09:50 +0000</w:t>
      </w:r>
    </w:p>
    <w:p/>
    <w:p>
      <w:pPr>
        <w:pStyle w:val="Heading1"/>
      </w:pPr>
      <w:r>
        <w:t>Súhrn</w:t>
      </w:r>
    </w:p>
    <w:p>
      <w:r>
        <w:t>Trumpova administratíva vydala celoštátne moratórium na nových dodávateľov určitých zdravotníckych zariadení. Centers for Medicare &amp; Medicaid Services (CMS) oznamuje pozastavenie registrácie nových dodávateľov odolných zdravotníckych zariadení (durable medical equipment). Rozhodnutie vychádza z odvolania sa na podvod v tomto sektore. Moratórium platí na celoštátnom území. CMS týmto opatrením reaguje na zistené nezrovnalosti. Podrobnosti o dĺžke pozastavenia nie sú v oznámení špecifikované. Opatrenie sa týka len nových dodávateľov, existujúci nie sú ovplyvnení.</w:t>
      </w:r>
    </w:p>
    <w:p/>
    <w:p>
      <w:pPr>
        <w:jc w:val="center"/>
      </w:pPr>
      <w:r>
        <w:t>Vygenerované: 26.02.2026 20:00:56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