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Doktor zabitý pri útoku žraloka; Zdravotná sestra bojuje o licenciu; Doc scammed von 500 000 dolárov</w:t>
      </w:r>
    </w:p>
    <w:p>
      <w:r>
        <w:t>Zdroj: MedPage Today</w:t>
      </w:r>
    </w:p>
    <w:p>
      <w:r>
        <w:t>Publikované: Thu, 26 Feb 2026 13:02:35 -0500</w:t>
      </w:r>
    </w:p>
    <w:p/>
    <w:p>
      <w:pPr>
        <w:pStyle w:val="Heading1"/>
      </w:pPr>
      <w:r>
        <w:t>Súhrn</w:t>
      </w:r>
    </w:p>
    <w:p>
      <w:r>
        <w:t>Lekár bol zabitý pri útoku žraloka počas rybačky v Nové Kaledónii neďaleko Austrálie. Žralok zaútočil na rybára vo francúzskom zámořskom území Nová Kaledónia, kde muž svojim zraneniam podľahol po prevoze do nemocnice. Žralok mu vážne poranil ruku a po útoku zostal v bezvedomí. Príbuzní ho previezli do nemocnice na ostrove Nová Kaledónia. Floridská pôrodná sestra Alexis Lawler, RN, bojuje o pozastavenie licencie v dôsledku virálneho príspevku na TikToku. Lekár bol okradnutý o 500 000 dolárov.</w:t>
      </w:r>
    </w:p>
    <w:p/>
    <w:p>
      <w:pPr>
        <w:jc w:val="center"/>
      </w:pPr>
      <w:r>
        <w:t>Vygenerované: 26.02.2026 20:01:05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