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„Nie ste v pasci“: Stovky amerických zdravotných sestier si vybrali Kanadu pred Trumpovou Amerikou</w:t>
      </w:r>
    </w:p>
    <w:p>
      <w:r>
        <w:t>Zdroj: MedPage Today</w:t>
      </w:r>
    </w:p>
    <w:p>
      <w:r>
        <w:t>Publikované: Thu, 26 Feb 2026 12:19:52 -0500</w:t>
      </w:r>
    </w:p>
    <w:p/>
    <w:p>
      <w:pPr>
        <w:pStyle w:val="Heading1"/>
      </w:pPr>
      <w:r>
        <w:t>Súhrn</w:t>
      </w:r>
    </w:p>
    <w:p>
      <w:r>
        <w:t>Stovky amerických zdravotných sestier sa rozhodli odísť do Kanady namiesto zotrvať v USA za prezidenta Donalda Trumpa. Minulý mesiac rodina Justin a Amy Millerovcov zbalila svoje vozidlá s tromi deťmi, dvoma psami, domácim bradáčom a všetkými vecami, ktoré sa im zmestili. Odcestovali 2000 míľ z Wisconsinu do Britskej Kolumbie. Článok nesie názov „Nie ste v pasci“: Stovky amerických zdravotných sestier si vybrali Kanadu pred Trumpovou Amerikou. Pôvodne vyšiel na MedPage Today. Rodina opustila USA, aby unikla podmienkam za prezidenta Donalda Trumpa.</w:t>
      </w:r>
    </w:p>
    <w:p/>
    <w:p>
      <w:pPr>
        <w:jc w:val="center"/>
      </w:pPr>
      <w:r>
        <w:t>Vygenerované: 26.02.2026 20:01:22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