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Prepracovanie starostlivosti o ľudí so zriedkavými chorobami pomocou umelej inteligencie</w:t>
      </w:r>
    </w:p>
    <w:p>
      <w:r>
        <w:t>Zdroj: PLOS Medicine</w:t>
      </w:r>
    </w:p>
    <w:p>
      <w:r>
        <w:t>Publikované: 2026-02-26T14:00:00Z</w:t>
      </w:r>
    </w:p>
    <w:p/>
    <w:p>
      <w:pPr>
        <w:pStyle w:val="Heading1"/>
      </w:pPr>
      <w:r>
        <w:t>Súhrn</w:t>
      </w:r>
    </w:p>
    <w:p>
      <w:r>
        <w:t>Umelá inteligencia môže zmeniť starostlivosť o ľudí so zriedkavými chorobami, ak je organizovaná podľa cesty pacienta. Autori Tudor Groza, Gareth Baynam a Saumya Shekhar Jamuar načrtávajú triádu pacient – lekár – AI. Táto triáda zahŕňa včasnú detekciu, diagnostiku, klinické štúdie a individualizované terapie. Článok diskutuje, ako môže umelá inteligencia transformovať starostlivosť o zriedkavé choroby. Zameriava sa na organizáciu podľa cesty pacienta. Perspektíva zdôrazňuje úlohu AI v celom procese od detekcie po terapiu.</w:t>
      </w:r>
    </w:p>
    <w:p/>
    <w:p>
      <w:pPr>
        <w:jc w:val="center"/>
      </w:pPr>
      <w:r>
        <w:t>Vygenerované: 26.02.2026 21:00:32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