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Instagram plánuje informovať rodičov, ak tínedžeri „opakovane“ hľadajú výrazy súvisiace so samovraždou</w:t>
      </w:r>
    </w:p>
    <w:p>
      <w:r>
        <w:t>Zdroj: MedPage Today</w:t>
      </w:r>
    </w:p>
    <w:p>
      <w:r>
        <w:t>Publikované: Thu, 26 Feb 2026 13:19:50 -0500</w:t>
      </w:r>
    </w:p>
    <w:p/>
    <w:p>
      <w:pPr>
        <w:pStyle w:val="Heading1"/>
      </w:pPr>
      <w:r>
        <w:t>Súhrn</w:t>
      </w:r>
    </w:p>
    <w:p>
      <w:r>
        <w:t>Instagram oznámil, že začne upozorňovať rodičov, ak ich tínedžeri opakovane hľadajú výrazy jasne spojené so samovraždou alebo sebapoškodzovaním. Upozornenia dostanú iba rodičia zaregistrovaní v systéme rodičovského dohľadu na Instagrame. Táto iniciatíva bola zverejnená vo štvrtok. Cieľom je zvýšiť bezpečnosť mladých používateľov platformy. Upozornenia sa aktivujú len pri opakovaných vyhľadávaniach relevantných výrazov. Instagram tým reaguje na riziká spojené s citlivými témami u tínedžerov.</w:t>
      </w:r>
    </w:p>
    <w:p/>
    <w:p>
      <w:pPr>
        <w:jc w:val="center"/>
      </w:pPr>
      <w:r>
        <w:t>Vygenerované: 26.02.2026 21:01:11</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