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Vyzývatelia</w:t>
      </w:r>
    </w:p>
    <w:p>
      <w:r>
        <w:t>Zdroj: Science Magazine</w:t>
      </w:r>
    </w:p>
    <w:p>
      <w:r>
        <w:t>Publikované: 2026-02-26T07:00:02Z</w:t>
      </w:r>
    </w:p>
    <w:p/>
    <w:p>
      <w:pPr>
        <w:pStyle w:val="Heading1"/>
      </w:pPr>
      <w:r>
        <w:t>Súhrn</w:t>
      </w:r>
    </w:p>
    <w:p>
      <w:r>
        <w:t>Článok „The challengers“ bol publikovaný v časopise Science, zväzok 391, číslo 6788, strana 876, vo februári 2026.[4] Ide o krátky príspevok, ktorý sa zaoberá výzvami v kozmickom výskume.[4] V kontexte raketoplánu Challenger sa spomínajú jeho misie od roku 1983 do 1986, počas ktorých uskutočnil deväť obsadených letov a absolvoval takmer tisíc obežných dráh Zeme za 62 dní v kozme.[1] Posádky vypustili civilné satelity, opravili teleskop na pozorovanie Slnka a uskutočnili výskum extrémnych podmienok bez gravitácie.[1] Medzi pasažiermi boli prvý Američan žena a prvý afroamerický astronaut.[1] Challenger explodoval 73 sekúnd po štarte poslednej misie.[1] Inžinieri varovali pred možným zlyhaním, no tlak na plnenie programu prevážil bezpečnostné obavy.[1] Správa zdôraznila medzeru v komunikácii medzi inžiniermi a manažérmi, ktorí sa sústredili na rozpočet a termíny.[1]</w:t>
      </w:r>
    </w:p>
    <w:p/>
    <w:p>
      <w:pPr>
        <w:jc w:val="center"/>
      </w:pPr>
      <w:r>
        <w:t>Vygenerované: 26.02.2026 21:01:33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