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Stabilizácia rozhrania oxidu hafnia pre efektívne, fototermicky stabilné perovskitové solárne články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Vedci vyvinuli novú metódu na zlepšenie stability a účinnosti perovskitových solárnych článkov pomocou oxidu hafnia (HfOx).[1] Oxid hafnia bol nanášaný pomocou atómovej depozície vrstiev na stabilizáciu molekulárnych vrstiev na rozhraniach solárneho článku, ktoré sú kritické pre jeho funkciu.[1] Na jednom rozhraní n-dopovaný oxid hafnia podporoval väzbu fosfónových kyselín a zlepšil odolnosť molekulárnych vrstiev voči teplu.[1] Na druhom rozhraní p-dopovaný oxid hafnia upevňoval organické pasivátory a bránil migráciám iónov.[1] Solárne články dosiahli účinnosť konverzie energie 27,1 % (certifikovaných 26,6 %) a zachovali si viac ako 90 % svojej pôvodnej účinnosti počas približne 5000 hodín prevádzky pri teplote 85 °C v okolitom vzduchu.[1] Táto technológia otvára nové možnosti na predĺženie životnosti perovskitových solárnych článkov a zlepšenie ich praktického využitia.[1]</w:t>
      </w:r>
    </w:p>
    <w:p/>
    <w:p>
      <w:pPr>
        <w:jc w:val="center"/>
      </w:pPr>
      <w:r>
        <w:t>Vygenerované: 26.02.2026 21:03:01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