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Kríženie medzi neandertálcami a modernými ľuďmi bolo silne sexuálne zaujaté</w:t>
      </w:r>
    </w:p>
    <w:p>
      <w:r>
        <w:t>Zdroj: Science Magazine</w:t>
      </w:r>
    </w:p>
    <w:p>
      <w:r>
        <w:t>Publikované: 2026-02-26T07:00:02Z</w:t>
      </w:r>
    </w:p>
    <w:p/>
    <w:p>
      <w:pPr>
        <w:pStyle w:val="Heading1"/>
      </w:pPr>
      <w:r>
        <w:t>Súhrn</w:t>
      </w:r>
    </w:p>
    <w:p>
      <w:r>
        <w:t>Nová štúdia publikovaná v časopise Science odhalila, že kríženie medzi neandertálcami a modernými ľuďmi bolo silne sexuálne zaujaté.[1] Výskumníci zistili, že väčšina potomkov pochádzala z párov zložených z neandertálskych samcov a moderných ľudských samíc.[1][2] Analýza X chromozómov ukázala 62-percentný relatívny prebytok moderného ľudského dedičstva na neandertálskych X chromozómoch, čo potvrdzuje tento vzor.[1][3] Vedci pomocou matematického modelovania zistili, že táto sexuálna zaujatosť bola skôr výsledkom preferenčného výberu partnerov ako čisto demografických procesov.[1] Alternatívne vysvetlenie naznačuje, že v posledných neandertálskych skupinách mohlo byť menej žien, čo viedlo k väčšej mobilite a kontaktu so ženami moderných ľudí.[3] Štúdia však neudáva priame dôkazy o konkrétnom správaní alebo povahe týchto interakcií, ale poskytuje genetické dôkazy o sexuálnej zaujatosti v krížení medzi týmito dvoma druhmi.[3]</w:t>
      </w:r>
    </w:p>
    <w:p/>
    <w:p>
      <w:pPr>
        <w:jc w:val="center"/>
      </w:pPr>
      <w:r>
        <w:t>Vygenerované: 26.02.2026 21:03:14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