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Organokatalyzátorom riadené stereoselektívne makrocyklizácie hlava-chvost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Vedci vyvinuli nový katalyzátor na báze peptidu, ktorý umožňuje efektívnejšiu výrobu makrocyklov – veľkých molekulárnych kruhov s 12 až 18 atómami[1]. Táto metóda využíva bifunkčný peptidový katalyzátor na usmerňovanie koncov lineárneho prekurzora, čím sa uprednostňuje tvorba kruhov namiesto nežiaducich vedľajších reakcií[1]. Katalyzátor kontroluje stereoselektivitu – teda ktorá z dvoch možných zrkadlových konfigurácií sa vytvorí – a to dokonca aj v prípadoch, keď lineárny prekurzor obsahuje už existujúce stereochemické vlastnosti[1]. Vedci syntetizovali rôznorodé makrocyklické laktóny a laktámy z achirálnych lineárnych prekurzorov[1]. Táto nová metóda poskytuje praktickejší prístup k výrobe chirálnych makrocyklov s predvídateľnými stereochemickými výsledkami[1]. Makrocykly majú potenciál v objavovaní nových liekov, pretože sa môžu viazať na veľké, ploché alebo flexibilné povrchy proteínov, ktoré sú nedostupné pre tradičné malé molekuly[5].</w:t>
      </w:r>
    </w:p>
    <w:p/>
    <w:p>
      <w:pPr>
        <w:jc w:val="center"/>
      </w:pPr>
      <w:r>
        <w:t>Vygenerované: 26.02.2026 21:03:46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