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Nerovnováha v črevných mikrobiálnych interakciách ako marker zdravia a choroby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Črevny mikrobióm je kľúčový pre udržiavanie zdravia, pretože jeho interakcie ovplyvňujú vstrebávanie živín, odolnosť voči infekciám a funkciu imunitného systému.[1] Nerovnováha v mikrobiálnych interakciách, nazývaná dysbióza, je spojená s ochoreniami ako obezita, diabetes 2. typu, zápalové ochorenia čriev, rakovina hrubého čreva, reumatoidná artritída a skleróza multiplex.[1][4] U obéznych jedincov sa pozoruje znížená mikrobiálna diverzita a zmenený pomer fylum Firmicutes k Bacteroidetes.[1] V zápalových ochoreniach čriev klesá množstvo prospešných baktérií ako Faecalibacterium prausnitzii a stúpa patogénne Escherichia coli, čo prispieva k chronickému zápalu.[1] Štúdia zavádza nový index zdravia čriev, ktorý meria mikrobiálne interakcie ako marker zdravia a chorôb.[2][3] Tieto interakcie zahŕňajú krížové kŕmenie medzi mikróbmi pre metabolickú efektivitu a reguláciu epiteliálnej bariéry hostiteľa.[1] Mikrobióm tiež ovplyvňuje účinnosť imunoterapie rakoviny prostredníctvom modulácie imunitných kontrolných bodov.[1]</w:t>
      </w:r>
    </w:p>
    <w:p/>
    <w:p>
      <w:pPr>
        <w:jc w:val="center"/>
      </w:pPr>
      <w:r>
        <w:t>Vygenerované: 26.02.2026 21:04:09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